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media/image1.png" ContentType="image/png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>
          <w:b/>
          <w:sz w:val="24"/>
        </w:rPr>
        <w:t>INTECAP – OFIMÁTICA BÁSICA</w:t>
      </w:r>
    </w:p>
    <w:p>
      <w:pPr>
        <w:pStyle w:val="Normal"/>
        <w:jc w:val="center"/>
        <w:rPr/>
      </w:pPr>
      <w:r>
        <w:rPr>
          <w:b/>
          <w:sz w:val="36"/>
        </w:rPr>
        <w:t>RA2 CDT1</w:t>
      </w:r>
    </w:p>
    <w:p>
      <w:pPr>
        <w:pStyle w:val="Normal"/>
        <w:jc w:val="center"/>
        <w:rPr/>
      </w:pPr>
      <w:r>
        <w:rPr>
          <w:i/>
          <w:sz w:val="20"/>
        </w:rPr>
        <w:t>Evaluación teórica – Microsoft Excel y PowerPoint</w:t>
      </w:r>
    </w:p>
    <w:tbl>
      <w:tblPr>
        <w:tblStyle w:val="TableGrid"/>
        <w:tblW w:w="1008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040"/>
        <w:gridCol w:w="5039"/>
      </w:tblGrid>
      <w:tr>
        <w:trPr/>
        <w:tc>
          <w:tcPr>
            <w:tcW w:w="5040" w:type="dxa"/>
            <w:tcBorders/>
            <w:shd w:fill="EAF2F8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Nombre del participante:</w:t>
            </w:r>
          </w:p>
        </w:tc>
        <w:tc>
          <w:tcPr>
            <w:tcW w:w="503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5040" w:type="dxa"/>
            <w:tcBorders/>
            <w:shd w:fill="EAF2F8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Fecha:</w:t>
            </w:r>
          </w:p>
        </w:tc>
        <w:tc>
          <w:tcPr>
            <w:tcW w:w="503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</w:r>
          </w:p>
        </w:tc>
      </w:tr>
      <w:tr>
        <w:trPr/>
        <w:tc>
          <w:tcPr>
            <w:tcW w:w="5040" w:type="dxa"/>
            <w:tcBorders>
              <w:top w:val="nil"/>
            </w:tcBorders>
            <w:shd w:fill="EAF2F8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lang w:val="en-US" w:eastAsia="en-US" w:bidi="ar-SA"/>
              </w:rPr>
              <w:t>Grado:</w:t>
            </w:r>
          </w:p>
        </w:tc>
        <w:tc>
          <w:tcPr>
            <w:tcW w:w="5039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ＭＳ 明朝" w:cs=""/>
                <w:kern w:val="0"/>
                <w:szCs w:val="22"/>
                <w:u w:val="single"/>
                <w:lang w:val="en-US" w:eastAsia="en-US" w:bidi="ar-SA"/>
              </w:rPr>
            </w:pPr>
            <w:r>
              <w:rPr>
                <w:rFonts w:eastAsia="ＭＳ 明朝" w:cs=""/>
                <w:kern w:val="0"/>
                <w:szCs w:val="22"/>
                <w:u w:val="single"/>
                <w:lang w:val="en-US" w:eastAsia="en-US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</w:rPr>
        <w:t xml:space="preserve">Valor de la evaluación: </w:t>
      </w:r>
      <w:r>
        <w:rPr/>
        <w:t xml:space="preserve">100 puntos. </w:t>
      </w:r>
      <w:r>
        <w:rPr>
          <w:b/>
        </w:rPr>
        <w:t xml:space="preserve">Punteo mínimo de aprobación: </w:t>
      </w:r>
      <w:r>
        <w:rPr/>
        <w:t>70 puntos.</w:t>
      </w:r>
    </w:p>
    <w:p>
      <w:pPr>
        <w:pStyle w:val="Normal"/>
        <w:rPr/>
      </w:pPr>
      <w:r>
        <w:rPr>
          <w:b/>
        </w:rPr>
        <w:t xml:space="preserve">Estructura: </w:t>
      </w:r>
      <w:r>
        <w:rPr/>
        <w:t>15 preguntas: 5 de Falso y Verdadero, 5 de opción múltiple y 5 preguntas directas. Cada respuesta correcta vale 2 puntos; el resultado obtenido sobre 30 se convierte proporcionalmente a una escala de 100.</w:t>
      </w:r>
    </w:p>
    <w:p>
      <w:pPr>
        <w:pStyle w:val="Heading1"/>
        <w:rPr/>
      </w:pPr>
      <w:r>
        <w:rPr/>
        <w:t>I. Falso y Verdadero</w:t>
      </w:r>
    </w:p>
    <w:p>
      <w:pPr>
        <w:pStyle w:val="Normal"/>
        <w:rPr/>
      </w:pPr>
      <w:r>
        <w:rPr>
          <w:b/>
        </w:rPr>
        <w:t xml:space="preserve">Instrucciones: </w:t>
      </w:r>
      <w:r>
        <w:rPr/>
        <w:t>Lee cada afirmación y marca V si es verdadera o F si es falsa.</w:t>
      </w:r>
    </w:p>
    <w:p>
      <w:pPr>
        <w:pStyle w:val="Normal"/>
        <w:spacing w:before="0" w:after="100"/>
        <w:rPr/>
      </w:pPr>
      <w:r>
        <w:rPr>
          <w:b/>
        </w:rPr>
        <w:t xml:space="preserve">1. </w:t>
      </w:r>
      <w:r>
        <w:rPr/>
        <w:t>En Excel, una celda se encuentra en la intersección de una fila y una columna.</w:t>
        <w:br/>
        <w:t xml:space="preserve">   (   ) Verdadero     (   ) Falso</w:t>
      </w:r>
    </w:p>
    <w:p>
      <w:pPr>
        <w:pStyle w:val="Normal"/>
        <w:spacing w:before="0" w:after="100"/>
        <w:rPr/>
      </w:pPr>
      <w:r>
        <w:rPr>
          <w:b/>
        </w:rPr>
        <w:t xml:space="preserve">2. </w:t>
      </w:r>
      <w:r>
        <w:rPr/>
        <w:t>Una fórmula básica en Excel puede utilizarse para obtener el promedio de un conjunto de notas.</w:t>
        <w:br/>
        <w:t xml:space="preserve">   (   ) Verdadero     (   ) Falso</w:t>
      </w:r>
    </w:p>
    <w:p>
      <w:pPr>
        <w:pStyle w:val="Normal"/>
        <w:spacing w:before="0" w:after="100"/>
        <w:rPr/>
      </w:pPr>
      <w:r>
        <w:rPr>
          <w:b/>
        </w:rPr>
        <w:t xml:space="preserve">3. </w:t>
      </w:r>
      <w:r>
        <w:rPr/>
        <w:t>El ordenamiento y los filtros permiten organizar y mostrar información de una hoja de cálculo.</w:t>
        <w:br/>
        <w:t xml:space="preserve">   (   ) Verdadero     (   ) Falso</w:t>
      </w:r>
    </w:p>
    <w:p>
      <w:pPr>
        <w:pStyle w:val="Normal"/>
        <w:spacing w:before="0" w:after="100"/>
        <w:rPr/>
      </w:pPr>
      <w:r>
        <w:rPr>
          <w:b/>
        </w:rPr>
        <w:t xml:space="preserve">4. </w:t>
      </w:r>
      <w:r>
        <w:rPr/>
        <w:t>PowerPoint permite crear y administrar presentaciones mediante diapositivas.</w:t>
        <w:br/>
        <w:t xml:space="preserve">   (   ) Verdadero     (   ) Falso</w:t>
      </w:r>
    </w:p>
    <w:p>
      <w:pPr>
        <w:pStyle w:val="Normal"/>
        <w:spacing w:before="0" w:after="100"/>
        <w:rPr/>
      </w:pPr>
      <w:r>
        <w:rPr>
          <w:b/>
        </w:rPr>
        <w:t xml:space="preserve">5. </w:t>
      </w:r>
      <w:r>
        <w:rPr/>
        <w:t>Las transiciones y animaciones son herramientas que pueden aplicarse a una presentación para mejorar su presentación visual.</w:t>
        <w:br/>
        <w:t xml:space="preserve">   (   ) Verdadero     (   ) Falso</w:t>
      </w:r>
    </w:p>
    <w:p>
      <w:pPr>
        <w:pStyle w:val="Heading1"/>
        <w:rPr/>
      </w:pPr>
      <w:r>
        <w:rPr/>
        <w:t>II. Opción múltiple</w:t>
      </w:r>
    </w:p>
    <w:p>
      <w:pPr>
        <w:pStyle w:val="Normal"/>
        <w:rPr/>
      </w:pPr>
      <w:r>
        <w:rPr>
          <w:b/>
        </w:rPr>
        <w:t xml:space="preserve">Instrucciones: </w:t>
      </w:r>
      <w:r>
        <w:rPr/>
        <w:t>Selecciona una sola respuesta correcta.</w:t>
      </w:r>
    </w:p>
    <w:p>
      <w:pPr>
        <w:pStyle w:val="Normal"/>
        <w:spacing w:before="0" w:after="40"/>
        <w:rPr/>
      </w:pPr>
      <w:r>
        <w:rPr>
          <w:b/>
        </w:rPr>
        <w:t xml:space="preserve">1. </w:t>
      </w:r>
      <w:r>
        <w:rPr/>
        <w:t>¿Cuál es el elemento donde se introduce directamente un dato en Excel?</w:t>
      </w:r>
    </w:p>
    <w:p>
      <w:pPr>
        <w:pStyle w:val="Normal"/>
        <w:spacing w:before="0" w:after="0"/>
        <w:ind w:left="288"/>
        <w:rPr/>
      </w:pPr>
      <w:r>
        <w:rPr/>
        <w:t xml:space="preserve">   </w:t>
      </w:r>
      <w:r>
        <w:rPr/>
        <w:t>a) Celda</w:t>
      </w:r>
    </w:p>
    <w:p>
      <w:pPr>
        <w:pStyle w:val="Normal"/>
        <w:spacing w:before="0" w:after="0"/>
        <w:ind w:left="288"/>
        <w:rPr/>
      </w:pPr>
      <w:r>
        <w:rPr/>
        <w:t xml:space="preserve">   </w:t>
      </w:r>
      <w:r>
        <w:rPr/>
        <w:t>b) Diapositiva</w:t>
      </w:r>
    </w:p>
    <w:p>
      <w:pPr>
        <w:pStyle w:val="Normal"/>
        <w:spacing w:before="0" w:after="0"/>
        <w:ind w:left="288"/>
        <w:rPr/>
      </w:pPr>
      <w:r>
        <w:rPr/>
        <w:t xml:space="preserve">   </w:t>
      </w:r>
      <w:r>
        <w:rPr/>
        <w:t>c) Párrafo</w:t>
      </w:r>
    </w:p>
    <w:p>
      <w:pPr>
        <w:pStyle w:val="Normal"/>
        <w:spacing w:before="0" w:after="0"/>
        <w:ind w:left="288"/>
        <w:rPr/>
      </w:pPr>
      <w:r>
        <w:rPr/>
        <w:t xml:space="preserve">   </w:t>
      </w:r>
      <w:r>
        <w:rPr/>
        <w:t>d) Ventana de PowerPoint</w:t>
      </w:r>
    </w:p>
    <w:p>
      <w:pPr>
        <w:pStyle w:val="Normal"/>
        <w:spacing w:before="0" w:after="40"/>
        <w:rPr/>
      </w:pPr>
      <w:r>
        <w:rPr>
          <w:b/>
        </w:rPr>
        <w:t xml:space="preserve">2. </w:t>
      </w:r>
      <w:r>
        <w:rPr/>
        <w:t>¿Cuál herramienta permite mostrar solamente los registros que cumplen determinados criterios?</w:t>
      </w:r>
    </w:p>
    <w:p>
      <w:pPr>
        <w:pStyle w:val="Normal"/>
        <w:spacing w:before="0" w:after="0"/>
        <w:ind w:left="288"/>
        <w:rPr/>
      </w:pPr>
      <w:r>
        <w:rPr/>
        <w:t xml:space="preserve">   </w:t>
      </w:r>
      <w:r>
        <w:rPr/>
        <w:t>a) Formato de página</w:t>
      </w:r>
    </w:p>
    <w:p>
      <w:pPr>
        <w:pStyle w:val="Normal"/>
        <w:spacing w:before="0" w:after="0"/>
        <w:ind w:left="288"/>
        <w:rPr/>
      </w:pPr>
      <w:r>
        <w:rPr/>
        <w:t xml:space="preserve">   </w:t>
      </w:r>
      <w:r>
        <w:rPr/>
        <w:t>b) Filtro</w:t>
      </w:r>
    </w:p>
    <w:p>
      <w:pPr>
        <w:pStyle w:val="Normal"/>
        <w:spacing w:before="0" w:after="0"/>
        <w:ind w:left="288"/>
        <w:rPr/>
      </w:pPr>
      <w:r>
        <w:rPr/>
        <w:t xml:space="preserve">   </w:t>
      </w:r>
      <w:r>
        <w:rPr/>
        <w:t>c) Transición</w:t>
      </w:r>
    </w:p>
    <w:p>
      <w:pPr>
        <w:pStyle w:val="Normal"/>
        <w:spacing w:before="0" w:after="0"/>
        <w:ind w:left="288"/>
        <w:rPr/>
      </w:pPr>
      <w:r>
        <w:rPr/>
        <w:t xml:space="preserve">   </w:t>
      </w:r>
      <w:r>
        <w:rPr/>
        <w:t>d) Animación</w:t>
      </w:r>
    </w:p>
    <w:p>
      <w:pPr>
        <w:pStyle w:val="Normal"/>
        <w:spacing w:before="0" w:after="40"/>
        <w:rPr/>
      </w:pPr>
      <w:r>
        <w:rPr>
          <w:b/>
        </w:rPr>
        <w:t xml:space="preserve">3. </w:t>
      </w:r>
      <w:r>
        <w:rPr/>
        <w:t>¿Qué función o procedimiento se puede utilizar para obtener el promedio de notas en Excel?</w:t>
      </w:r>
    </w:p>
    <w:p>
      <w:pPr>
        <w:pStyle w:val="Normal"/>
        <w:spacing w:before="0" w:after="0"/>
        <w:ind w:left="288"/>
        <w:rPr/>
      </w:pPr>
      <w:r>
        <w:rPr/>
        <w:t xml:space="preserve">   </w:t>
      </w:r>
      <w:r>
        <w:rPr/>
        <w:t>a) PROMEDIO</w:t>
      </w:r>
    </w:p>
    <w:p>
      <w:pPr>
        <w:pStyle w:val="Normal"/>
        <w:spacing w:before="0" w:after="0"/>
        <w:ind w:left="288"/>
        <w:rPr/>
      </w:pPr>
      <w:r>
        <w:rPr/>
        <w:t xml:space="preserve">   </w:t>
      </w:r>
      <w:r>
        <w:rPr/>
        <w:t>b) IMAGEN</w:t>
      </w:r>
    </w:p>
    <w:p>
      <w:pPr>
        <w:pStyle w:val="Normal"/>
        <w:spacing w:before="0" w:after="0"/>
        <w:ind w:left="288"/>
        <w:rPr/>
      </w:pPr>
      <w:r>
        <w:rPr/>
        <w:t xml:space="preserve">   </w:t>
      </w:r>
      <w:r>
        <w:rPr/>
        <w:t>c) TRANSICIÓN</w:t>
      </w:r>
    </w:p>
    <w:p>
      <w:pPr>
        <w:pStyle w:val="Normal"/>
        <w:spacing w:before="0" w:after="0"/>
        <w:ind w:left="288"/>
        <w:rPr/>
      </w:pPr>
      <w:r>
        <w:rPr/>
        <w:t xml:space="preserve">   </w:t>
      </w:r>
      <w:r>
        <w:rPr/>
        <w:t>d) ENCABEZADO</w:t>
      </w:r>
    </w:p>
    <w:p>
      <w:pPr>
        <w:pStyle w:val="Normal"/>
        <w:spacing w:before="0" w:after="40"/>
        <w:rPr/>
      </w:pPr>
      <w:r>
        <w:rPr>
          <w:b/>
        </w:rPr>
        <w:t xml:space="preserve">4. </w:t>
      </w:r>
      <w:r>
        <w:rPr/>
        <w:t>¿Cuál programa se utiliza para elaborar una presentación con diapositivas?</w:t>
      </w:r>
    </w:p>
    <w:p>
      <w:pPr>
        <w:pStyle w:val="Normal"/>
        <w:spacing w:before="0" w:after="0"/>
        <w:ind w:left="288"/>
        <w:rPr/>
      </w:pPr>
      <w:r>
        <w:rPr/>
        <w:t xml:space="preserve">   </w:t>
      </w:r>
      <w:r>
        <w:rPr/>
        <w:t>a) Microsoft Word</w:t>
      </w:r>
    </w:p>
    <w:p>
      <w:pPr>
        <w:pStyle w:val="Normal"/>
        <w:spacing w:before="0" w:after="0"/>
        <w:ind w:left="288"/>
        <w:rPr/>
      </w:pPr>
      <w:r>
        <w:rPr/>
        <w:t xml:space="preserve">   </w:t>
      </w:r>
      <w:r>
        <w:rPr/>
        <w:t>b) Microsoft Excel</w:t>
      </w:r>
    </w:p>
    <w:p>
      <w:pPr>
        <w:pStyle w:val="Normal"/>
        <w:spacing w:before="0" w:after="0"/>
        <w:ind w:left="288"/>
        <w:rPr/>
      </w:pPr>
      <w:r>
        <w:rPr/>
        <w:t xml:space="preserve">   </w:t>
      </w:r>
      <w:r>
        <w:rPr/>
        <w:t>c) Microsoft PowerPoint</w:t>
      </w:r>
    </w:p>
    <w:p>
      <w:pPr>
        <w:pStyle w:val="Normal"/>
        <w:spacing w:before="0" w:after="0"/>
        <w:ind w:left="288"/>
        <w:rPr/>
      </w:pPr>
      <w:r>
        <w:rPr/>
        <w:t xml:space="preserve">   </w:t>
      </w:r>
      <w:r>
        <w:rPr/>
        <w:t>d) Explorador de archivos</w:t>
      </w:r>
    </w:p>
    <w:p>
      <w:pPr>
        <w:pStyle w:val="Normal"/>
        <w:spacing w:before="0" w:after="40"/>
        <w:rPr/>
      </w:pPr>
      <w:r>
        <w:rPr>
          <w:b/>
        </w:rPr>
        <w:t xml:space="preserve">5. </w:t>
      </w:r>
      <w:r>
        <w:rPr/>
        <w:t>¿Cuál de los siguientes elementos pertenece a las herramientas de PowerPoint contempladas en el curso?</w:t>
      </w:r>
    </w:p>
    <w:p>
      <w:pPr>
        <w:pStyle w:val="Normal"/>
        <w:spacing w:before="0" w:after="0"/>
        <w:ind w:left="288"/>
        <w:rPr/>
      </w:pPr>
      <w:r>
        <w:rPr/>
        <w:t xml:space="preserve">   </w:t>
      </w:r>
      <w:r>
        <w:rPr/>
        <w:t>a) Transiciones y animaciones</w:t>
      </w:r>
    </w:p>
    <w:p>
      <w:pPr>
        <w:pStyle w:val="Normal"/>
        <w:spacing w:before="0" w:after="0"/>
        <w:ind w:left="288"/>
        <w:rPr/>
      </w:pPr>
      <w:r>
        <w:rPr/>
        <w:t xml:space="preserve">   </w:t>
      </w:r>
      <w:r>
        <w:rPr/>
        <w:t>b) Relaciones entre tablas</w:t>
      </w:r>
    </w:p>
    <w:p>
      <w:pPr>
        <w:pStyle w:val="Normal"/>
        <w:spacing w:before="0" w:after="0"/>
        <w:ind w:left="288"/>
        <w:rPr/>
      </w:pPr>
      <w:r>
        <w:rPr/>
        <w:t xml:space="preserve">   </w:t>
      </w:r>
      <w:r>
        <w:rPr/>
        <w:t>c) Papelera de reciclaje</w:t>
      </w:r>
    </w:p>
    <w:p>
      <w:pPr>
        <w:pStyle w:val="Normal"/>
        <w:spacing w:before="0" w:after="0"/>
        <w:ind w:left="288"/>
        <w:rPr/>
      </w:pPr>
      <w:r>
        <w:rPr/>
        <w:t xml:space="preserve">   </w:t>
      </w:r>
      <w:r>
        <w:rPr/>
        <w:t>d) Explorador de archivos</w:t>
      </w:r>
    </w:p>
    <w:p>
      <w:pPr>
        <w:pStyle w:val="Heading1"/>
        <w:rPr/>
      </w:pPr>
      <w:r>
        <w:rPr/>
        <w:t>III. Preguntas directas</w:t>
      </w:r>
    </w:p>
    <w:p>
      <w:pPr>
        <w:pStyle w:val="Normal"/>
        <w:rPr/>
      </w:pPr>
      <w:r>
        <w:rPr>
          <w:b/>
        </w:rPr>
        <w:t xml:space="preserve">Instrucciones: </w:t>
      </w:r>
      <w:r>
        <w:rPr/>
        <w:t>Responde con tus propias palabras de manera clara y ordenada.</w:t>
      </w:r>
    </w:p>
    <w:p>
      <w:pPr>
        <w:pStyle w:val="Normal"/>
        <w:rPr/>
      </w:pPr>
      <w:r>
        <w:rPr>
          <w:b/>
        </w:rPr>
        <w:t xml:space="preserve">1. </w:t>
      </w:r>
      <w:r>
        <w:rPr/>
        <w:t>Explica qué son una celda, una fila y una columna en una hoja de cálculo de Excel.</w:t>
      </w:r>
    </w:p>
    <w:p>
      <w:pPr>
        <w:pStyle w:val="Normal"/>
        <w:rPr/>
      </w:pPr>
      <w:r>
        <w:rPr/>
        <w:t>________________________________________________________________________________</w:t>
      </w:r>
    </w:p>
    <w:p>
      <w:pPr>
        <w:pStyle w:val="Normal"/>
        <w:rPr/>
      </w:pPr>
      <w:r>
        <w:rPr/>
        <w:t>________________________________________________________________________________</w:t>
      </w:r>
    </w:p>
    <w:p>
      <w:pPr>
        <w:pStyle w:val="Normal"/>
        <w:rPr/>
      </w:pPr>
      <w:r>
        <w:rPr/>
        <w:t>________________________________________________________________________________</w:t>
      </w:r>
    </w:p>
    <w:p>
      <w:pPr>
        <w:pStyle w:val="Normal"/>
        <w:rPr/>
      </w:pPr>
      <w:r>
        <w:rPr>
          <w:b/>
        </w:rPr>
        <w:t xml:space="preserve">2. </w:t>
      </w:r>
      <w:r>
        <w:rPr/>
        <w:t>Describe cómo ingresar, editar y guardar datos en una hoja de cálculo.</w:t>
      </w:r>
    </w:p>
    <w:p>
      <w:pPr>
        <w:pStyle w:val="Normal"/>
        <w:rPr/>
      </w:pPr>
      <w:r>
        <w:rPr/>
        <w:t>________________________________________________________________________________</w:t>
      </w:r>
    </w:p>
    <w:p>
      <w:pPr>
        <w:pStyle w:val="Normal"/>
        <w:rPr/>
      </w:pPr>
      <w:r>
        <w:rPr/>
        <w:t>________________________________________________________________________________</w:t>
      </w:r>
    </w:p>
    <w:p>
      <w:pPr>
        <w:pStyle w:val="Normal"/>
        <w:rPr/>
      </w:pPr>
      <w:r>
        <w:rPr/>
        <w:t>________________________________________________________________________________</w:t>
      </w:r>
    </w:p>
    <w:p>
      <w:pPr>
        <w:pStyle w:val="Normal"/>
        <w:rPr/>
      </w:pPr>
      <w:r>
        <w:rPr>
          <w:b/>
        </w:rPr>
        <w:t xml:space="preserve">3. </w:t>
      </w:r>
      <w:r>
        <w:rPr/>
        <w:t>Explica para qué sirven las fórmulas, el ordenamiento y los filtros en Excel.</w:t>
      </w:r>
    </w:p>
    <w:p>
      <w:pPr>
        <w:pStyle w:val="Normal"/>
        <w:rPr/>
      </w:pPr>
      <w:r>
        <w:rPr/>
        <w:t>________________________________________________________________________________</w:t>
      </w:r>
    </w:p>
    <w:p>
      <w:pPr>
        <w:pStyle w:val="Normal"/>
        <w:rPr/>
      </w:pPr>
      <w:r>
        <w:rPr/>
        <w:t>________________________________________________________________________________</w:t>
      </w:r>
    </w:p>
    <w:p>
      <w:pPr>
        <w:pStyle w:val="Normal"/>
        <w:rPr/>
      </w:pPr>
      <w:r>
        <w:rPr/>
        <w:t>________________________________________________________________________________</w:t>
      </w:r>
    </w:p>
    <w:p>
      <w:pPr>
        <w:pStyle w:val="Normal"/>
        <w:rPr/>
      </w:pPr>
      <w:r>
        <w:rPr>
          <w:b/>
        </w:rPr>
        <w:t xml:space="preserve">4. </w:t>
      </w:r>
      <w:r>
        <w:rPr/>
        <w:t>Describe los pasos básicos para crear una presentación en PowerPoint, introducir información y administrar sus diapositivas.</w:t>
      </w:r>
    </w:p>
    <w:p>
      <w:pPr>
        <w:pStyle w:val="Normal"/>
        <w:rPr/>
      </w:pPr>
      <w:r>
        <w:rPr/>
        <w:t>________________________________________________________________________________</w:t>
      </w:r>
    </w:p>
    <w:p>
      <w:pPr>
        <w:pStyle w:val="Normal"/>
        <w:rPr/>
      </w:pPr>
      <w:r>
        <w:rPr/>
        <w:t>________________________________________________________________________________</w:t>
      </w:r>
    </w:p>
    <w:p>
      <w:pPr>
        <w:pStyle w:val="Normal"/>
        <w:rPr/>
      </w:pPr>
      <w:r>
        <w:rPr/>
        <w:t>________________________________________________________________________________</w:t>
      </w:r>
    </w:p>
    <w:p>
      <w:pPr>
        <w:pStyle w:val="Normal"/>
        <w:rPr/>
      </w:pPr>
      <w:r>
        <w:rPr>
          <w:b/>
        </w:rPr>
        <w:t xml:space="preserve">5. </w:t>
      </w:r>
      <w:r>
        <w:rPr/>
        <w:t>Explica la diferencia entre una transición y una animación en PowerPoint e indica cómo pueden mejorar una presentación.</w:t>
      </w:r>
    </w:p>
    <w:p>
      <w:pPr>
        <w:pStyle w:val="Normal"/>
        <w:rPr/>
      </w:pPr>
      <w:r>
        <w:rPr/>
        <w:t>________________________________________________________________________________</w:t>
      </w:r>
    </w:p>
    <w:p>
      <w:pPr>
        <w:pStyle w:val="Normal"/>
        <w:rPr/>
      </w:pPr>
      <w:r>
        <w:rPr/>
        <w:t>________________________________________________________________________________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  <w:t>________________________________________________________________________________</w:t>
      </w:r>
    </w:p>
    <w:sectPr>
      <w:headerReference w:type="default" r:id="rId2"/>
      <w:footerReference w:type="even" r:id="rId3"/>
      <w:footerReference w:type="default" r:id="rId4"/>
      <w:footerReference w:type="first" r:id="rId5"/>
      <w:type w:val="nextPage"/>
      <w:pgSz w:w="12240" w:h="15840"/>
      <w:pgMar w:left="1080" w:right="1080" w:gutter="0" w:header="936" w:top="1502" w:footer="720" w:bottom="93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Courier">
    <w:altName w:val="Courier New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>
        <w:sz w:val="16"/>
      </w:rPr>
      <w:t>OFIMÁTICA BÁSICA – Evaluación teórica -2026.CSA.0145.00/CSA.E.01229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>
        <w:sz w:val="16"/>
      </w:rPr>
      <w:t>OFIMÁTICA BÁSICA – Evaluación teórica -2026.CSA.0145.00/CSA.E.01229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39370</wp:posOffset>
          </wp:positionH>
          <wp:positionV relativeFrom="paragraph">
            <wp:posOffset>-153670</wp:posOffset>
          </wp:positionV>
          <wp:extent cx="864870" cy="391160"/>
          <wp:effectExtent l="0" t="0" r="0" b="0"/>
          <wp:wrapSquare wrapText="largest"/>
          <wp:docPr id="1" name="Imagen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64870" cy="391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8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left"/>
    </w:pPr>
    <w:rPr>
      <w:rFonts w:ascii="Arial" w:hAnsi="Arial" w:eastAsia="ＭＳ 明朝" w:cs="" w:cstheme="minorBidi" w:eastAsiaTheme="minorEastAsia"/>
      <w:color w:val="auto"/>
      <w:kern w:val="0"/>
      <w:sz w:val="21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lef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Cabeceraypie">
    <w:name w:val="Cabecera y pie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36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lef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lef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lef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lef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left="1080"/>
      <w:contextualSpacing/>
    </w:pPr>
    <w:rPr/>
  </w:style>
  <w:style w:type="paragraph" w:styleId="macro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Ttulo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ingunalista" w:default="1">
    <w:name w:val="Ninguna lista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LibreOffice/24.2.7.2$Linux_X86_64 LibreOffice_project/420$Build-2</Application>
  <AppVersion>15.0000</AppVersion>
  <Pages>3</Pages>
  <Words>442</Words>
  <Characters>3508</Characters>
  <CharactersWithSpaces>4003</CharactersWithSpaces>
  <Paragraphs>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es-GT</dc:language>
  <cp:lastModifiedBy>Adónis Gómez</cp:lastModifiedBy>
  <dcterms:modified xsi:type="dcterms:W3CDTF">2026-08-25T07:49:22Z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